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צוות ההגנה של הגוף - מערכת החיסון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מערכת החיסון ודרכי ההגנה של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נוגדנים וזיכרון חיסוני 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הרגלים שמחזקים את מערכת החיסון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נצמדים לגורם המחלה ומסמנים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אומר שהיא עובדת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נוגדנים הם חלבונים שמגנים על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מההרגלים שעוזרים לצוות ההגנה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נוגדנים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הרגל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(מחזק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(מחזק את הצוות)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לתאר תפקידים כמו סייר שמזהה, מנקה שבולע, ותא שמייצר נוגדנים לסימון האויב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נצמדים לגורם המחלה ומסמנים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שינה מספקת, תזונה מגוונת או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הרגלי בריאות של התלמידים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מושג הזיכרון החיסוני כי הוא הבסיס להבנת פעולת חיסונים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גם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צוות ההגנה של הגוף - מערכת החיסון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בתוך הגוף פועל כל הזמן צוות הגנה שמגן עלינו מפני חיידקים ונגיפים. בדף זה נתרגל את עקרונות הפעולה של מערכת החיסון.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חיסון  ·  נוגדנים  ·  עור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קו השמירה הראשון של הגוף?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הנוגדנים?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נצמדים לגורם המחלה ומסמנים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מעכלים את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מזיזים את השרירים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מערכת החיסון עובדת גם כשאנחנו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נוגדנים הם סוג של חיידקים מזיקים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שינה טובה ותזונה מגוונת תומכות במערכת החיסון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מערכת ה__________ היא צוות השמירה של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שכבה שעוטפת את הגוף ולא נותנת לחיידקים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נצמדים לגורם המחלה ומסמנים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הרגל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משחק ותנועה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מחליש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ישיבה מול מסך כל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מחזק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לילות רבים בלי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מחזק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פירות וירקות מגוונים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מחליש את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הייתם מציירים את 'צוות ההגנה' של הגוף כקבוצת גיבורים, מה היה התפקיד של כל אחד מהם?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קו השמירה הראשון של הגוף?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נוגדנים?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צוות ההגנה של הגוף - מערכת החיסון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