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🌍 אדם וסביבה בעידן הגלובלי – 30 תחנות לכפר העולמי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צוות ההגנה של הגוף - מערכת החיסון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תפקידי מערכת החיסון ודרכי ההגנה של הגוף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איך נוגדנים וזיכרון חיסוני פועלים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הרגלים שמחזקים את מערכת החיסון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הבנה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העור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נצמדים לגורם המחלה ומסמנים אותו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ד – הצוות זוכר ומגיב מהר יותר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הריר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תאים שבולעים ומפנים חיידקים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כי הוא מלמד את הצוות לזהות גורם מחלה בלי שנחלה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הטקסט אומר שהיא עובדת כל הזמן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נוגדנים הם חלבונים שמגנים על הגוף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אלה מההרגלים שעוזרים לצוות ההגנה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לצוות ההגנה יש זיכרון שעוזר להגיב מהר יותר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העור עוטף את הגוף ומונע כניסת חיידקים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חיסון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עור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נוגדנים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זיכרון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חיסון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הרגל לקבוצה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(מחזק את הצוות)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(מחליש את הצוות)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(מחליש את הצוות)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(מחזק את הצוות)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ו (מחליש את הצוות)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א (מחזק את הצוות)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כתבו וחשבו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תלמיד יכול לתאר תפקידים כמו סייר שמזהה, מנקה שבולע, ותא שמייצר נוגדנים לסימון האויב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כשרוב האנשים מחוסנים המחלה לא יכולה לעבור משרשרת לשרשרת, ולכן גם מי שלא מחוסן מוגן יותר כי פחות סיכוי שיידבק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העור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נצמדים לגורם המחלה ומסמנים אותו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למשל שינה מספקת, תזונה מגוונת או תנועה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להתחיל בשיחה קצרה על הרגלי בריאות של התלמידים לפני קריאת הטקסט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להדגיש את מושג הזיכרון החיסוני כי הוא הבסיס להבנת פעולת חיסונים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משימת המיון מתאימה גם לעבודה בזוגות או קבוצות קטנות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🌍 אדם וסביבה בעידן הגלובלי – 30 תחנות לכפר העולמי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צוות ההגנה של הגוף - מערכת החיסון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בגוף שלנו יש צוות שמגן עלינו מחיידקים. נלמד איך הצוות הזה עובד.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מערכת החיסון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צוות השמירה של הגוף נגד מחלות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עור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השכבה החיצונית שמגנה על הגוף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תאי דם לבנים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תאים שנלחמים בחיידקים ונגיפים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נוגדנים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חלבונים קטנים שנצמדים לגורם המחלה ומסמנים אותו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זיכרון חיסוני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היכולת של הגוף לזכור גורם מחלה ולהגיב מהר בפעם הבאה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חיסון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זריקה שמלמדת את הגוף לזהות מחלה בלי לחלות ממנה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אבעבועות בקר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מחלה קלה שעזרה לגלות את החיסון הראשון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שאלות 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שומר על הגוף ראשון?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הלב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העצמות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העור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השיער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תפקיד הנוגדנים?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נצמדים לגורם המחלה ומסמנים אותו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מעכלים את האוכל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מזיזים את השרירים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מחממים את הגוף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קורה בפעם השנייה?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הגוף שוכח אותו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הגוף מגיב לאט יותר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הגוף מפסיק לעבוד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הצוות זוכר ומגיב מהר יותר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עוזר באף ובגרון?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הריר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העצמות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השיער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השרירים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מי מנקה חיידקים?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תאים שבולעים ומפנים חיידקים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תאים שמייצרים דם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תאים שבונים עצמות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תאים שמעבירים חמצן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למה חיסון עוזר?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כי הוא מחליף את מערכת החיסון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כי הוא מלמד את הצוות לזהות גורם מחלה בלי שנחלה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כי הוא מחמם את הגוף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כי הוא מייצר עור חדש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מערכת החיסון עובדת גם כשאנחנו ישנים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נוגדנים הם סוג של חיידקים מזיקים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שינה טובה ותזונה מגוונת תומכות במערכת החיסון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הגוף לא זוכר גורמי מחלה שכבר פגש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העור הוא קו ההגנה הראשון של הגוף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מערכת ה__________ היא צוות השמירה של הגוף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ה__________ היא שכבה שעוטפת את הגוף ולא נותנת לחיידקים להיכנס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ה__________ נצמדים לגורם המחלה ומסמנים אותו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לצוות ההגנה יש __________, ולכן בפעם הבאה הוא מגיב מהר יותר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אדוארד ג'נר פיתח את ה__________ הראשון בעולם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הרגל לקבוצה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משחק ותנועה בחוץ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מחזק את הצוות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ישיבה מול מסך כל היום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מחזק את הצוות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לילות רבים בלי שינה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מחזק את הצוות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פירות וירקות מגוונים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מחליש את הצוות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ארוחות של חטיפים בלבד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מחליש את הצוות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שינה מספקת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מחליש את הצוות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כתבו וחשבו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אילו הייתם מציירים את 'צוות ההגנה' של הגוף כקבוצת גיבורים, מה היה התפקיד של כל אחד מהם?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הסבירו מדוע כאשר רבים בקהילה מחוסנים, גם מי שאינו יכול להתחסן מוגן יותר. השתמשו במושג שרשרת הדבקה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קו השמירה הראשון של הגוף?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עושים נוגדנים?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הרגל אחד שמחזק את צוות ההגנה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צוות ההגנה של הגוף - מערכת החיסון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