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צוות ההגנה של הגוף - מערכת החיסון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תפקידי מערכת החיסון ודרכי ההגנה של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נוגדנים וזיכרון חיסוני פועלים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הרגלים שמחזקים את מערכת החיסון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נצמדים לגורם המחלה ומסמנים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הצוות זוכר ומגיב מהר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הריר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תאים שבולעים ומפנים חיידקים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כי הוא מלמד את הצוות לזהות גורם מחלה בלי שנחלה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אומר שהיא עובדת כל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נוגדנים הם חלבונים שמגנים על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מההרגלים שעוזרים לצוות ההגנה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לצוות ההגנה יש זיכרון שעוזר להגיב מהר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העור עוטף את הגוף ומונע כניסת חיידקים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נוגדנים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הרגל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(מחזק את הצוות)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(מחליש את הצוות)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(מחליש את הצוות)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(מחזק את הצוות)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(מחליש את הצוות)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(מחזק את הצוות)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יכול לתאר תפקידים כמו סייר שמזהה, מנקה שבולע, ותא שמייצר נוגדנים לסימון האויב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כשרוב האנשים מחוסנים המחלה לא יכולה לעבור משרשרת לשרשרת, ולכן גם מי שלא מחוסן מוגן יותר כי פחות סיכוי שיידבק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נצמדים לגורם המחלה ומסמנים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שינה מספקת, תזונה מגוונת או 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הרגלי בריאות של התלמידים לפני קריאת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מושג הזיכרון החיסוני כי הוא הבסיס להבנת פעולת חיסונים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גם לעבודה בזוגות או 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צוות ההגנה של הגוף - מערכת החיסון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בתוך הגוף פועל כל הזמן צוות הגנה שמגן עלינו מפני חיידקים ונגיפים. בדף זה נתרגל את עקרונות הפעולה של מערכת החיסון.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קו השמירה הראשון של הגוף?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העצמות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הנוגדנים?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נצמדים לגורם המחלה ומסמנים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מעכלים את האוכל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מזיזים את השרירים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מחממים את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בפעם השנייה שהגוף פוגש אותו גורם מחלה?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הגוף שוכח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הגוף מגיב לאט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הגוף מפסיק לעבוד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הצוות זוכר ומגיב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עוזר ללכוד ולשטוף חיידקים באף ובגרון?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העצמות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השרירים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הם ה'מנקים' בין תאי הדם הלבנים?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תאים שבולעים ומפנים חיידקים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תאים שמייצרים 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תאים שבונים עצמות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תאים שמעבירים חמצן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חיסון עוזר לגוף להתכונן?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מחליף את מערכת החיסון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מלמד את הצוות לזהות גורם מחלה בלי שנחלה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מחמם את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מייצר עור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החיסון עובדת גם כשאנחנו ישנים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נוגדנים הם סוג של חיידקים מזיקים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שינה טובה ותזונה מגוונת תומכות במערכת החיסון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הגוף לא זוכר גורמי מחלה שכבר פגש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העור הוא קו ההגנה הראשון של הגוף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מערכת ה__________ היא צוות השמירה של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היא שכבה שעוטפת את הגוף ולא נותנת לחיידקים להיכנס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נצמדים לגורם המחלה ומסמנים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לצוות ההגנה יש __________, ולכן בפעם הבאה הוא מגיב מהר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אדוארד ג'נר פיתח את ה__________ הראשון בעולם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הרגל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משחק ותנועה בחוץ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מחליש את הצוות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ישיבה מול מסך כל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מחזק את הצוות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לילות רבים בלי שינה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מחזק את הצוות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פירות וירקות מגוונים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מחליש את הצוות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ארוחות של חטיפים בלבד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מחליש את הצוות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שינה מספקת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מחזק את הצוות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הייתם מציירים את 'צוות ההגנה' של הגוף כקבוצת גיבורים, מה היה התפקיד של כל אחד מהם?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כאשר רבים בקהילה מחוסנים, גם מי שאינו יכול להתחסן מוגן יותר. השתמשו במושג שרשרת הדבקה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קו השמירה הראשון של הגוף?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נוגדנים?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הרגל אחד שמחזק את צוות ההגנה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צוות ההגנה של הגוף - מערכת החיסון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